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رواية اليتيم لمصطفى لطفي المنفلوطي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راعي سلمى/ معوش سمية/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التراث العربي/ نظرية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