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السرد في رواية الخميائي ل باولو كويلو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مرداس حليمة/ دوخام سماح/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الرواية/ السمياء/ الخيال/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