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Un systémes automatique pour la gestion pédagogique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Kinoucha maroua/ Benabderrahmane Fatiha Président,Boulmerka Aissa Rapporteur,Bouridah Adel 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00429111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Modélisation UML/ Architecture client/serveur/ Les langages de programmation/ Réseau d’entreprises/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