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simulation du processus d'évacuation dans les catastrophes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Benamara mahfoud/ Aissa BOULMERKA Président,Mourad GUETTICHE Rapporteur,Abdelghafour BAZNIARE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catastrophe/ simulation/ Evacuation/ Capacité hospitalière/ ITS/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