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Développement d'une application web pour la gestion des stages au niveau du centre universitaire de mila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Maiche norelhouda/ BOUBAKIR Mohamed encadreur,LALOUSSI Ali Président,MERABET Adil Examinateur,/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00428611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uml/ mysql/ 2tup/ servlet/ jsp/ JEE/ candidature/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