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 site web pour un restaurant de futur avec des recommandations alimentaires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Louafi djad/ Aouag Mouna Président,Bouzahzah Mounira Rapporteur; Abderazak Samira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ontologies/ Les sites web/ La conception du site web é « Valencia Restaurant/ Développement d’ontologie « Onto-Resto/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