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d'un viscosimétre oscillatoire à torsion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Remmeche meriem/ Hamidane Abbas Président; Saouli Salah Promoteur,Berrahil Farid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Viscosimètres/ Rhéologie/ Définition d’un fluide/ Le pendule de torsion/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