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الوصف في سيرة لقبش لعياش يحياوي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سجال وسام/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الجمالية/ الوصف/ السيرة/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