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سجنيات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مريم/ حميميد مفيدة/ مبربش لامية/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شعر السجن/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