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الجملة العربية سورة مريم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قروج رامي/ برباش ريان/ نوي يوسف/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