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الإعراب بين القدامى والمحدثين دراسة تطبيقية على سورة طه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صيد أمين/ مرابط بوبكر/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الإعراب/ الدلالة الإعرابية/ الظاهرة الإعرابية/ سورة طه/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