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اللسانيات في النهوض بمستوى مدرسي اللغة العربية لعبد الرحمان حاج صالح من خلال كتابه مدخل إلى علم اللسان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مناع أمينة/ منصور خولة/ بلخيري عائشة/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التعليمية/ اللسانيات التطبيقية/ اتجاهات لسانية قديمة/ اتجاهات لسانية 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