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التعليمية في السنة النبوية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تروش منال/ بوقجاني مروة/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التعليم/ الوسائل التعليمية/ السنة النبوية/ الطرائق التعليمية/ طرائق النبي صل الله عليه وسلم التعليمية/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