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الإشاريات الشخصية في رواية كشف المحجوب لفريد الأنصاري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عزوز خولة/ فليفلة نجوى/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التداولية/ الإشاريات/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