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المضمر المتروك إظهاره وقرائنه سورة البقرة أنموذج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لمودع فريدة/ لمودع صباح/ لمودع حليمة/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الإضمار/ القرنية/ المضمر/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