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الإعراب قراءة وصفية لكتاب العربية والإعراب لعبد السلام المسدي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هدى/ العيون إيمان/ مطاعي امال/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العربية/ المعرفة الحديثة/ نظامية الدلالة/ المغالاة/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