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السؤال والجواب في كتاب اللغة العربية السنة الأولى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بعوش سميرة/ بوترية صورية/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التعليمية/ الحوار/ العملية التعليمية/ المناقشة/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