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وسائل التكنولوجيا في ترقية تدريس البلاغة العربية في المرحلة الثانوية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سعيود أيوب/ غسمون عباس/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الوسائل التعليمية/ المرحلة الثانوية/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