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المجاز في الحديث النبوي الشريف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 آمال/ لعويسي سهام/ نعمون مفيدة/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المجاز/ الحديث النبوي الشريف/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