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رواية عذراء قريش لجورجي زيدان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قرواز كنزة/ لحيلح ابتسام/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التناص/ الرواية التاريخية/ الحديث النبوي الشريف/ التاريخ الإسلامي/ التناص الديني/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