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لاغية في التقارير الصحفية جريدة القدس ال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من صبرينة/ عزري ك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/ الإبلاغية/ التقرير الصح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