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حروف الدم لبشرى بوشارب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عومارة صارة/ قنوش أحلام/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السردي/ البنية/ السرد/ البنية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