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فلورا نبوءة المطر نور الدين جريدي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بوقريبة موسى/ عزيزي زهير/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