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الحجاجي في غريب الأنباء في مناظرة الأرض والسماء لمحمد بن مبارك الجزائري الدمشقي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نعيمة/ زغمار نعيمة/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المناظرة/ الأساليب البلاغية/ الأساليب اللغوية/ الأساليب المنطقية/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