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الحذف في سورة يوسف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بولخراص رحاب/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الدلالة/ الحذف/ علم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