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الألف بين اللهجة والفصحى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لحرش ريان/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الفصحى/ العامية/ همزة القطع/ همزة الوصل/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