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الدلالي في أدب الفل قصة فستان العيد لعلاوة كوسة قصة منيب وبذور الرمان لفوزي غراب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بخبخ نور الهدى/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المعجم/ أدب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