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الجملة في قصيدة عاشق من فلسطين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إيمان/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الجملة/ الجملة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