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ديوان عينيه ينتصب الرحيل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دانون سارة/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الوطن/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