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الجريمة في رواية نادي الجريمة لــ أجاثا كريستي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بيطاط آمنة/ بوشنيتفة شافية/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الأدب/ الجريمة/ الرواية البوليسية/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