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الموت الرمزي في رواية أشباح المدينة المقتولة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سليمة/ بوالغالغ مريم/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الموت/ الموت الرمزي/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