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رياض الأطفال ودورها في تعزيز الملكة اللغوية للطفل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بورافة حسيبة/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الملكة اللغوية/ الملكة اللسانية/ الطفل/ الملكة/ رياض الأطفال/ التعزيز/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