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الإستثناء في القرآن الكريم دراسة نحوية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حلوفي أميرة/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النحو/ سورة البقرة/ الاستثناء/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