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آراء فاضل صالح السامرائي النحوية من خلال كتابه الجملة العربية والمعنى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مطاعي هدى/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السامرائي/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