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المعلوماتية وجدورها في إثراء المدرسة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المعلوماتية/ التعليمية/ وسائل التعليمية/ مناهج التعليمية/ تكنولوجيا التعليم/ السبورة التفاعلية/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