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المجاز من منظور عبد الوهاب المسيري قراءة وصفية تحليلية لكتاب اللغة والمجاز بين التوحيد ووحدة الوجود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عيسى صارة/ خنفي مريم/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المجاز/ المجاز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