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الإعراب الميسر لمحمد علي أبي العباس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أمغران بشرى/ سديرة فطيمة/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التجديد/ التيسير/ مجمع اللغة العربية/ الأصالة و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