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رد العامية إلى أصولها دراسة تحليلية لمعجم رد العامي إلى الفصيح لأحمد رضا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بومحراث فوزية/ بوعاج شريفة/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الصوتي/ المستوى الدلالي/ الظواهر اللغوية/ المستوى الصرفي/ العامي/ الفصيح/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