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بعض  مفاهيم اللهجة العامية في منطقتي ميلة وجيجل (دراسة دلالية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بودرقة نعيمة/ قزيرة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ميلة/ اللهجة/ العادات و التقاليد/ جيجل/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