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العتاب وأبعاده الدلالية في المقطوعات الشعرية (بوح العتاب )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السيمياء/ العتاب/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