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أخطاء الشائعة لمحمد العدناني مقارب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دينة مريم/ بولدياب نعيم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جم/ اللحن/ الأخطاء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