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المباحث الصوتية عند إخوان الصفاء الرسائل أنموذجا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مزمار وردة/ بسباس فيروز/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الصوت/ الصوت اللغوي/ مخارج الأصوات/ الحرف/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