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سخرية في شعر النقائض الفرزدق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ل بشرى/ شفشوف منى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رزدق/ السخرية/ شعر النقائض/ الخطاب السا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