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المقدس في بخلاء الجاحظ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أمال/ العايب زينة/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المقدس/ أنواع المقدس/ بخلاء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