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المقامات اللزومية للسرقسطي المقامة الأربعون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عقون مريم/ شقة خلود/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الأندلسي/ البنية السردية/ المقامة/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