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شعر ابن المعتز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نابتي فاطمة الزهراء/ مخناش شافية/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الصورة/ الوصف/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