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الشعور بالإغتراب في الخطاب الفكاهي في شعر أبي دلامة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زارزي كريمة/ بوكماية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الاغتراب/ الفكاهة/ المنهج الموضوعاتي/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