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 الحزن والألم في رثاء الخنساء لأخيها صخر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قابور فيروز/ بوحنة صفية/ مودع سليمان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الصورة/ البنية الصوتية/ الصور البيانية/ الحزن و الألم/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