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عند الثغري التلمساني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سارة/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المعجم الدلالي/ الألفاظ/ التراكيب/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