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المدح عند ابن رشيق المسيلي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المدح/ الدولة الصنهاجية/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